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rFonts w:ascii="Arial" w:hAnsi="Arial" w:eastAsia="微软雅黑"/>
          <w:b w:val="0"/>
          <w:color w:val="64748B"/>
          <w:sz w:val="18"/>
        </w:rPr>
        <w:t>MG.AI 全球商贸门户 · PT. MEGA JAYA TAMBANG</w:t>
      </w:r>
    </w:p>
    <w:p>
      <w:pPr>
        <w:spacing w:after="40" w:before="0"/>
        <w:jc w:val="center"/>
      </w:pPr>
      <w:r>
        <w:rPr>
          <w:rFonts w:ascii="Arial" w:hAnsi="Arial" w:eastAsia="微软雅黑"/>
          <w:b/>
          <w:sz w:val="36"/>
        </w:rPr>
        <w:t>政府推荐加盟表</w:t>
      </w:r>
    </w:p>
    <w:p>
      <w:pPr>
        <w:spacing w:after="40" w:before="0"/>
        <w:jc w:val="center"/>
      </w:pPr>
      <w:r>
        <w:rPr>
          <w:rFonts w:ascii="Arial" w:hAnsi="Arial" w:eastAsia="微软雅黑"/>
          <w:b/>
          <w:sz w:val="24"/>
        </w:rPr>
        <w:t>SURAT REKOMENDASI PEMERINTAH · AGEN</w:t>
      </w:r>
    </w:p>
    <w:p>
      <w:pPr>
        <w:spacing w:after="160" w:before="0"/>
        <w:jc w:val="center"/>
      </w:pPr>
      <w:r>
        <w:rPr>
          <w:rFonts w:ascii="Arial" w:hAnsi="Arial" w:eastAsia="微软雅黑"/>
          <w:b/>
          <w:sz w:val="24"/>
        </w:rPr>
        <w:t>GOVERNMENT RECOMMENDATION FORM · AGENT</w:t>
      </w:r>
    </w:p>
    <w:p>
      <w:pPr>
        <w:spacing w:after="200" w:before="0"/>
        <w:jc w:val="left"/>
      </w:pPr>
      <w:r>
        <w:rPr>
          <w:rFonts w:ascii="Arial" w:hAnsi="Arial" w:eastAsia="微软雅黑"/>
          <w:b w:val="0"/>
          <w:color w:val="92400E"/>
          <w:sz w:val="18"/>
        </w:rPr>
        <w:t>用途：前 500 家政府推荐（加盖社区或县级政府公章）可享 MG.AI 代理人认领免费。请下载本表 → 填写 → 加盖公章 → 扫描为 JPG/PDF（≤5MB）→ 在 komunitasbunda.com/claim_agent.html 上传提交。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75"/>
            <w:shd w:val="clear" w:fill="F1F5F9"/>
          </w:tcPr>
          <w:p>
            <w:r>
              <w:rPr>
                <w:b/>
                <w:sz w:val="18"/>
              </w:rPr>
              <w:t>项目 / Kolom / Field</w:t>
            </w:r>
          </w:p>
        </w:tc>
        <w:tc>
          <w:tcPr>
            <w:tcW w:type="dxa" w:w="6803"/>
            <w:shd w:val="clear" w:fill="F1F5F9"/>
          </w:tcPr>
          <w:p>
            <w:r>
              <w:rPr>
                <w:b/>
                <w:sz w:val="18"/>
              </w:rPr>
              <w:t>填写内容 / Isi / Details</w:t>
            </w:r>
          </w:p>
        </w:tc>
      </w:tr>
      <w:tr>
        <w:tc>
          <w:tcPr>
            <w:tcW w:type="dxa" w:w="3175"/>
            <w:shd w:val="clear" w:fill="F8FAFC"/>
          </w:tcPr>
          <w:p>
            <w:r/>
            <w:r>
              <w:rPr>
                <w:b/>
                <w:sz w:val="18"/>
              </w:rPr>
              <w:t>被推荐人姓名</w:t>
            </w:r>
          </w:p>
          <w:p>
            <w:r>
              <w:rPr>
                <w:color w:val="64748B"/>
                <w:sz w:val="15"/>
              </w:rPr>
              <w:t>Nama / Applicant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175"/>
            <w:shd w:val="clear" w:fill="F8FAFC"/>
          </w:tcPr>
          <w:p>
            <w:r/>
            <w:r>
              <w:rPr>
                <w:b/>
                <w:sz w:val="18"/>
              </w:rPr>
              <w:t>组织名称</w:t>
            </w:r>
          </w:p>
          <w:p>
            <w:r>
              <w:rPr>
                <w:color w:val="64748B"/>
                <w:sz w:val="15"/>
              </w:rPr>
              <w:t>Nama Organisasi / Organization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175"/>
            <w:shd w:val="clear" w:fill="F8FAFC"/>
          </w:tcPr>
          <w:p>
            <w:r/>
            <w:r>
              <w:rPr>
                <w:b/>
                <w:sz w:val="18"/>
              </w:rPr>
              <w:t>组织类型</w:t>
            </w:r>
          </w:p>
          <w:p>
            <w:r>
              <w:rPr>
                <w:color w:val="64748B"/>
                <w:sz w:val="15"/>
              </w:rPr>
              <w:t>Jenis / Type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□ 互助社 KWT   □ 合作社 Koperasi   □ BUMDes   □ 公司 Company   □ 个人 Personal</w:t>
            </w:r>
          </w:p>
        </w:tc>
      </w:tr>
      <w:tr>
        <w:tc>
          <w:tcPr>
            <w:tcW w:type="dxa" w:w="3175"/>
            <w:shd w:val="clear" w:fill="F8FAFC"/>
          </w:tcPr>
          <w:p>
            <w:r/>
            <w:r>
              <w:rPr>
                <w:b/>
                <w:sz w:val="18"/>
              </w:rPr>
              <w:t>认领类型</w:t>
            </w:r>
          </w:p>
          <w:p>
            <w:r>
              <w:rPr>
                <w:color w:val="64748B"/>
                <w:sz w:val="15"/>
              </w:rPr>
              <w:t>Jenis Klaim / Claim Type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□ 区域代理（省）Regional Agent      □ 社区代理（县/社区）Community Agent</w:t>
            </w:r>
          </w:p>
        </w:tc>
      </w:tr>
      <w:tr>
        <w:tc>
          <w:tcPr>
            <w:tcW w:type="dxa" w:w="3175"/>
            <w:shd w:val="clear" w:fill="F8FAFC"/>
          </w:tcPr>
          <w:p>
            <w:r/>
            <w:r>
              <w:rPr>
                <w:b/>
                <w:sz w:val="18"/>
              </w:rPr>
              <w:t>认领区域</w:t>
            </w:r>
          </w:p>
          <w:p>
            <w:r>
              <w:rPr>
                <w:color w:val="64748B"/>
                <w:sz w:val="15"/>
              </w:rPr>
              <w:t>Wilayah / Region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省/州 Province：____________   市 City：____________   县/社区 County：____________</w:t>
            </w:r>
          </w:p>
        </w:tc>
      </w:tr>
      <w:tr>
        <w:tc>
          <w:tcPr>
            <w:tcW w:type="dxa" w:w="3175"/>
            <w:shd w:val="clear" w:fill="F8FAFC"/>
          </w:tcPr>
          <w:p>
            <w:r/>
            <w:r>
              <w:rPr>
                <w:b/>
                <w:sz w:val="18"/>
              </w:rPr>
              <w:t>联系电话</w:t>
            </w:r>
          </w:p>
          <w:p>
            <w:r>
              <w:rPr>
                <w:color w:val="64748B"/>
                <w:sz w:val="15"/>
              </w:rPr>
              <w:t>Telepon / Phone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175"/>
            <w:shd w:val="clear" w:fill="F8FAFC"/>
          </w:tcPr>
          <w:p>
            <w:r/>
            <w:r>
              <w:rPr>
                <w:b/>
                <w:sz w:val="18"/>
              </w:rPr>
              <w:t>电子邮箱</w:t>
            </w:r>
          </w:p>
          <w:p>
            <w:r>
              <w:rPr>
                <w:color w:val="64748B"/>
                <w:sz w:val="15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175"/>
            <w:shd w:val="clear" w:fill="F8FAFC"/>
          </w:tcPr>
          <w:p>
            <w:r/>
            <w:r>
              <w:rPr>
                <w:b/>
                <w:sz w:val="18"/>
              </w:rPr>
              <w:t>执照/身份证号</w:t>
            </w:r>
          </w:p>
          <w:p>
            <w:r>
              <w:rPr>
                <w:color w:val="64748B"/>
                <w:sz w:val="15"/>
              </w:rPr>
              <w:t>NIB·KTP·NPWP / License or ID No.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175"/>
            <w:shd w:val="clear" w:fill="F8FAFC"/>
          </w:tcPr>
          <w:p>
            <w:r/>
            <w:r>
              <w:rPr>
                <w:b/>
                <w:sz w:val="18"/>
              </w:rPr>
              <w:t>经营地址</w:t>
            </w:r>
          </w:p>
          <w:p>
            <w:r>
              <w:rPr>
                <w:color w:val="64748B"/>
                <w:sz w:val="15"/>
              </w:rPr>
              <w:t>Alamat / 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175"/>
            <w:shd w:val="clear" w:fill="F8FAFC"/>
          </w:tcPr>
          <w:p>
            <w:r/>
            <w:r>
              <w:rPr>
                <w:b/>
                <w:sz w:val="18"/>
              </w:rPr>
              <w:t>推荐意见</w:t>
            </w:r>
          </w:p>
          <w:p>
            <w:r>
              <w:rPr>
                <w:color w:val="64748B"/>
                <w:sz w:val="15"/>
              </w:rPr>
              <w:t>Rekomendasi / Recommendation</w:t>
            </w:r>
          </w:p>
        </w:tc>
        <w:tc>
          <w:tcPr>
            <w:tcW w:type="dxa" w:w="6803"/>
          </w:tcPr>
          <w:p>
            <w:r/>
          </w:p>
          <w:p>
            <w:pPr>
              <w:spacing w:after="60"/>
            </w:pPr>
            <w:r>
              <w:rPr>
                <w:sz w:val="17"/>
              </w:rPr>
              <w:t>本单位确认上述申请人（组织）在所辖区域内真实开展经营、信誉良好，特推荐其成为 MG.AI 全球商贸门户（PT. MEGA JAYA TAMBANG）区域 / 社区代理，并支持其组织本地社区物产上线全球货架。</w:t>
            </w:r>
          </w:p>
          <w:p>
            <w:pPr>
              <w:spacing w:after="60"/>
            </w:pPr>
            <w:r>
              <w:rPr>
                <w:sz w:val="17"/>
              </w:rPr>
              <w:t>Dengan ini kami merekomendasikan pemohon di atas menjadi Agen Wilayah / Agen Komunitas MG.AI (PT. MEGA JAYA TAMBANG).</w:t>
            </w:r>
          </w:p>
          <w:p>
            <w:pPr>
              <w:spacing w:after="60"/>
            </w:pPr>
            <w:r>
              <w:rPr>
                <w:sz w:val="17"/>
              </w:rPr>
              <w:t>We hereby recommend the applicant above as MG.AI Regional / Community Agent (PT. MEGA JAYA TAMBANG).</w:t>
            </w:r>
          </w:p>
        </w:tc>
      </w:tr>
      <w:tr>
        <w:trPr>
          <w:trHeight w:val="2600" w:hRule="atLeast"/>
        </w:trPr>
        <w:tc>
          <w:tcPr>
            <w:tcW w:type="dxa" w:w="3175"/>
            <w:shd w:val="clear" w:fill="F8FAFC"/>
          </w:tcPr>
          <w:p>
            <w:r/>
            <w:r>
              <w:rPr>
                <w:b/>
                <w:sz w:val="18"/>
              </w:rPr>
              <w:t>推荐单位盖章</w:t>
            </w:r>
          </w:p>
          <w:p>
            <w:r>
              <w:rPr>
                <w:color w:val="64748B"/>
                <w:sz w:val="15"/>
              </w:rPr>
              <w:t>Stempel / Official Seal</w:t>
            </w:r>
          </w:p>
        </w:tc>
        <w:tc>
          <w:tcPr>
            <w:tcW w:type="dxa" w:w="6803"/>
          </w:tcPr>
          <w:p>
            <w:r/>
          </w:p>
          <w:p>
            <w:pPr>
              <w:spacing w:before="280" w:after="60"/>
              <w:jc w:val="center"/>
            </w:pPr>
            <w:r>
              <w:rPr>
                <w:b/>
                <w:sz w:val="22"/>
              </w:rPr>
              <w:t>（此处加盖社区或县级政府公章）</w:t>
            </w:r>
          </w:p>
          <w:p>
            <w:pPr>
              <w:spacing w:before="40" w:after="60"/>
              <w:jc w:val="center"/>
            </w:pPr>
            <w:r>
              <w:rPr>
                <w:b w:val="0"/>
                <w:color w:val="64748B"/>
                <w:sz w:val="16"/>
              </w:rPr>
              <w:t>(Stempel resmi Pemerintah Desa / Pemerintah Kabupaten)</w:t>
            </w:r>
          </w:p>
          <w:p>
            <w:pPr>
              <w:spacing w:before="0" w:after="60"/>
              <w:jc w:val="center"/>
            </w:pPr>
            <w:r>
              <w:rPr>
                <w:b w:val="0"/>
                <w:color w:val="64748B"/>
                <w:sz w:val="16"/>
              </w:rPr>
              <w:t>(Official seal of community / county government)</w:t>
            </w:r>
          </w:p>
          <w:p>
            <w:pPr>
              <w:spacing w:before="520" w:after="60"/>
              <w:jc w:val="center"/>
            </w:pPr>
            <w:r>
              <w:rPr>
                <w:b w:val="0"/>
                <w:sz w:val="20"/>
              </w:rPr>
              <w:t>推荐单位全称：______________________________</w:t>
            </w:r>
          </w:p>
          <w:p>
            <w:pPr>
              <w:spacing w:before="200" w:after="60"/>
              <w:jc w:val="center"/>
            </w:pPr>
            <w:r>
              <w:rPr>
                <w:b w:val="0"/>
                <w:sz w:val="20"/>
              </w:rPr>
              <w:t>负责人签字：________________     日期：______ 年 ____ 月 ____ 日</w:t>
            </w:r>
          </w:p>
        </w:tc>
      </w:tr>
    </w:tbl>
    <w:p>
      <w:pPr>
        <w:spacing w:after="80" w:before="200"/>
        <w:jc w:val="left"/>
      </w:pPr>
      <w:r>
        <w:rPr>
          <w:rFonts w:ascii="Arial" w:hAnsi="Arial" w:eastAsia="微软雅黑"/>
          <w:b w:val="0"/>
          <w:color w:val="64748B"/>
          <w:sz w:val="16"/>
        </w:rPr>
        <w:t>说明：本表仅用于 MG.AI 代理人认领资质审查；推荐单位对推荐内容真实性负责。Keterangan: formulir ini untuk proses klaim agen MG.AI; instansi pemberi rekomendasi bertanggung jawab atas kebenaran isi.</w:t>
      </w:r>
    </w:p>
    <w:p>
      <w:pPr>
        <w:spacing w:after="80" w:before="40"/>
        <w:jc w:val="left"/>
      </w:pPr>
      <w:r>
        <w:rPr>
          <w:rFonts w:ascii="Arial" w:hAnsi="Arial" w:eastAsia="微软雅黑"/>
          <w:b w:val="0"/>
          <w:color w:val="64748B"/>
          <w:sz w:val="16"/>
        </w:rPr>
        <w:t>提交入口：komunitasbunda.com/claim_agent.html ｜ 咨询：mgai@komunitasbunda.com ｜ +62 813-9813-1183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微软雅黑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